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79F24D" w14:textId="77777777" w:rsidR="00C701F5" w:rsidRPr="005173E6" w:rsidRDefault="005173E6" w:rsidP="005173E6">
      <w:pPr>
        <w:pStyle w:val="Balk1"/>
        <w:jc w:val="center"/>
        <w:rPr>
          <w:color w:val="auto"/>
        </w:rPr>
      </w:pPr>
      <w:r w:rsidRPr="005173E6">
        <w:rPr>
          <w:color w:val="auto"/>
        </w:rPr>
        <w:t>KVKK Başvuru Formu (Web İçin)</w:t>
      </w:r>
    </w:p>
    <w:p w14:paraId="2751736D" w14:textId="77777777" w:rsidR="00C701F5" w:rsidRDefault="005173E6">
      <w:r>
        <w:t>Başvuru sahipleri KVKK kapsamındaki haklarını EVLİYA ŞEKERLEME SAN. VE TİC. LTD. ŞTİ.’e aşağıdaki yöntemlerle iletebilir:</w:t>
      </w:r>
    </w:p>
    <w:p w14:paraId="7AC5F562" w14:textId="77777777" w:rsidR="00C701F5" w:rsidRDefault="005173E6">
      <w:r>
        <w:t>• Adres: Büyükkayacık Mah. T. Ziyaeddin Akbulut Cad. No:33 Selçuklu / KONYA</w:t>
      </w:r>
    </w:p>
    <w:p w14:paraId="1763BA2C" w14:textId="77777777" w:rsidR="00C701F5" w:rsidRDefault="005173E6">
      <w:r>
        <w:t>• KEP: evliyasekerleme@hs01.kep.tr</w:t>
      </w:r>
    </w:p>
    <w:p w14:paraId="67E9F057" w14:textId="620DBCF4" w:rsidR="00C701F5" w:rsidRDefault="005173E6">
      <w:pPr>
        <w:rPr>
          <w:lang w:val="it-IT"/>
        </w:rPr>
      </w:pPr>
      <w:r w:rsidRPr="00D620FC">
        <w:rPr>
          <w:lang w:val="it-IT"/>
        </w:rPr>
        <w:t xml:space="preserve">• E-posta: </w:t>
      </w:r>
      <w:hyperlink r:id="rId6" w:history="1">
        <w:r w:rsidR="00945DCE" w:rsidRPr="0055542F">
          <w:rPr>
            <w:rStyle w:val="Kpr"/>
            <w:lang w:val="it-IT"/>
          </w:rPr>
          <w:t>ik@evliya.com.tr</w:t>
        </w:r>
      </w:hyperlink>
    </w:p>
    <w:p w14:paraId="683431AF" w14:textId="2385EE03" w:rsidR="00945DCE" w:rsidRPr="00D620FC" w:rsidRDefault="00945DCE">
      <w:pPr>
        <w:rPr>
          <w:lang w:val="it-IT"/>
        </w:rPr>
      </w:pPr>
      <w:r>
        <w:rPr>
          <w:lang w:val="it-IT"/>
        </w:rPr>
        <w:t xml:space="preserve">E-posta </w:t>
      </w:r>
    </w:p>
    <w:p w14:paraId="14B628F4" w14:textId="77777777" w:rsidR="00C701F5" w:rsidRPr="00945DCE" w:rsidRDefault="005173E6">
      <w:pPr>
        <w:rPr>
          <w:lang w:val="it-IT"/>
        </w:rPr>
      </w:pPr>
      <w:r w:rsidRPr="00945DCE">
        <w:rPr>
          <w:lang w:val="it-IT"/>
        </w:rPr>
        <w:t xml:space="preserve">Başvurular 30 gün içinde yanıtlanır. </w:t>
      </w:r>
    </w:p>
    <w:p w14:paraId="2B4DC8F9" w14:textId="77777777" w:rsidR="00C701F5" w:rsidRPr="00945DCE" w:rsidRDefault="00C701F5">
      <w:pPr>
        <w:rPr>
          <w:lang w:val="it-IT"/>
        </w:rPr>
      </w:pPr>
    </w:p>
    <w:sectPr w:rsidR="00C701F5" w:rsidRPr="00945DCE" w:rsidSect="00D620FC">
      <w:pgSz w:w="11906" w:h="16838" w:code="9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eNumara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eNumara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eMaddemi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eMaddemi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eNumara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eMaddemi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90530837">
    <w:abstractNumId w:val="8"/>
  </w:num>
  <w:num w:numId="2" w16cid:durableId="1961180593">
    <w:abstractNumId w:val="6"/>
  </w:num>
  <w:num w:numId="3" w16cid:durableId="860313050">
    <w:abstractNumId w:val="5"/>
  </w:num>
  <w:num w:numId="4" w16cid:durableId="2003774316">
    <w:abstractNumId w:val="4"/>
  </w:num>
  <w:num w:numId="5" w16cid:durableId="1220290015">
    <w:abstractNumId w:val="7"/>
  </w:num>
  <w:num w:numId="6" w16cid:durableId="1294363012">
    <w:abstractNumId w:val="3"/>
  </w:num>
  <w:num w:numId="7" w16cid:durableId="1156455286">
    <w:abstractNumId w:val="2"/>
  </w:num>
  <w:num w:numId="8" w16cid:durableId="1959333303">
    <w:abstractNumId w:val="1"/>
  </w:num>
  <w:num w:numId="9" w16cid:durableId="209979113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1F246A"/>
    <w:rsid w:val="0029639D"/>
    <w:rsid w:val="00326F90"/>
    <w:rsid w:val="005173E6"/>
    <w:rsid w:val="00945DCE"/>
    <w:rsid w:val="00A4321F"/>
    <w:rsid w:val="00AA1D8D"/>
    <w:rsid w:val="00B47730"/>
    <w:rsid w:val="00C701F5"/>
    <w:rsid w:val="00CB0664"/>
    <w:rsid w:val="00D620FC"/>
    <w:rsid w:val="00E35976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454AFB2"/>
  <w14:defaultImageDpi w14:val="300"/>
  <w15:docId w15:val="{E69EAB6E-91FB-4BA5-A0AC-F1176493E7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Balk1">
    <w:name w:val="heading 1"/>
    <w:basedOn w:val="Normal"/>
    <w:next w:val="Normal"/>
    <w:link w:val="Balk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alk3">
    <w:name w:val="heading 3"/>
    <w:basedOn w:val="Normal"/>
    <w:next w:val="Normal"/>
    <w:link w:val="Balk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E618BF"/>
  </w:style>
  <w:style w:type="paragraph" w:styleId="AltBilgi">
    <w:name w:val="footer"/>
    <w:basedOn w:val="Normal"/>
    <w:link w:val="AltBilgi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E618BF"/>
  </w:style>
  <w:style w:type="paragraph" w:styleId="AralkYok">
    <w:name w:val="No Spacing"/>
    <w:uiPriority w:val="1"/>
    <w:qFormat/>
    <w:rsid w:val="00FC693F"/>
    <w:pPr>
      <w:spacing w:after="0" w:line="240" w:lineRule="auto"/>
    </w:pPr>
  </w:style>
  <w:style w:type="character" w:customStyle="1" w:styleId="Balk1Char">
    <w:name w:val="Başlık 1 Char"/>
    <w:basedOn w:val="VarsaylanParagrafYazTipi"/>
    <w:link w:val="Balk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Balk2Char">
    <w:name w:val="Başlık 2 Char"/>
    <w:basedOn w:val="VarsaylanParagrafYazTipi"/>
    <w:link w:val="Bal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Balk3Char">
    <w:name w:val="Başlık 3 Char"/>
    <w:basedOn w:val="VarsaylanParagrafYazTipi"/>
    <w:link w:val="Bal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KonuBal">
    <w:name w:val="Title"/>
    <w:basedOn w:val="Normal"/>
    <w:next w:val="Normal"/>
    <w:link w:val="KonuBal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KonuBalChar">
    <w:name w:val="Konu Başlığı Char"/>
    <w:basedOn w:val="VarsaylanParagrafYazTipi"/>
    <w:link w:val="KonuBal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ltyaz">
    <w:name w:val="Subtitle"/>
    <w:basedOn w:val="Normal"/>
    <w:next w:val="Normal"/>
    <w:link w:val="Altyaz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ltyazChar">
    <w:name w:val="Altyazı Char"/>
    <w:basedOn w:val="VarsaylanParagrafYazTipi"/>
    <w:link w:val="Altyaz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eParagraf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GvdeMetni">
    <w:name w:val="Body Text"/>
    <w:basedOn w:val="Normal"/>
    <w:link w:val="GvdeMetniChar"/>
    <w:uiPriority w:val="99"/>
    <w:unhideWhenUsed/>
    <w:rsid w:val="00AA1D8D"/>
    <w:pPr>
      <w:spacing w:after="120"/>
    </w:pPr>
  </w:style>
  <w:style w:type="character" w:customStyle="1" w:styleId="GvdeMetniChar">
    <w:name w:val="Gövde Metni Char"/>
    <w:basedOn w:val="VarsaylanParagrafYazTipi"/>
    <w:link w:val="GvdeMetni"/>
    <w:uiPriority w:val="99"/>
    <w:rsid w:val="00AA1D8D"/>
  </w:style>
  <w:style w:type="paragraph" w:styleId="GvdeMetni2">
    <w:name w:val="Body Text 2"/>
    <w:basedOn w:val="Normal"/>
    <w:link w:val="GvdeMetni2Char"/>
    <w:uiPriority w:val="99"/>
    <w:unhideWhenUsed/>
    <w:rsid w:val="00AA1D8D"/>
    <w:pPr>
      <w:spacing w:after="120" w:line="480" w:lineRule="auto"/>
    </w:pPr>
  </w:style>
  <w:style w:type="character" w:customStyle="1" w:styleId="GvdeMetni2Char">
    <w:name w:val="Gövde Metni 2 Char"/>
    <w:basedOn w:val="VarsaylanParagrafYazTipi"/>
    <w:link w:val="GvdeMetni2"/>
    <w:uiPriority w:val="99"/>
    <w:rsid w:val="00AA1D8D"/>
  </w:style>
  <w:style w:type="paragraph" w:styleId="GvdeMetni3">
    <w:name w:val="Body Text 3"/>
    <w:basedOn w:val="Normal"/>
    <w:link w:val="GvdeMetni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GvdeMetni3Char">
    <w:name w:val="Gövde Metni 3 Char"/>
    <w:basedOn w:val="VarsaylanParagrafYazTipi"/>
    <w:link w:val="GvdeMetni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eMaddemi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eMaddemi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eMaddemi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eNumara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eNumara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eNumara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Devam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Devam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Devam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kroMetni">
    <w:name w:val="macro"/>
    <w:link w:val="MakroMetni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kroMetniChar">
    <w:name w:val="Makro Metni Char"/>
    <w:basedOn w:val="VarsaylanParagrafYazTipi"/>
    <w:link w:val="MakroMetni"/>
    <w:uiPriority w:val="99"/>
    <w:rsid w:val="0029639D"/>
    <w:rPr>
      <w:rFonts w:ascii="Courier" w:hAnsi="Courier"/>
      <w:sz w:val="20"/>
      <w:szCs w:val="20"/>
    </w:rPr>
  </w:style>
  <w:style w:type="paragraph" w:styleId="Alnt">
    <w:name w:val="Quote"/>
    <w:basedOn w:val="Normal"/>
    <w:next w:val="Normal"/>
    <w:link w:val="AlntChar"/>
    <w:uiPriority w:val="29"/>
    <w:qFormat/>
    <w:rsid w:val="00FC693F"/>
    <w:rPr>
      <w:i/>
      <w:iCs/>
      <w:color w:val="000000" w:themeColor="text1"/>
    </w:rPr>
  </w:style>
  <w:style w:type="character" w:customStyle="1" w:styleId="AlntChar">
    <w:name w:val="Alıntı Char"/>
    <w:basedOn w:val="VarsaylanParagrafYazTipi"/>
    <w:link w:val="Alnt"/>
    <w:uiPriority w:val="29"/>
    <w:rsid w:val="00FC693F"/>
    <w:rPr>
      <w:i/>
      <w:iCs/>
      <w:color w:val="000000" w:themeColor="text1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ResimYazs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Gl">
    <w:name w:val="Strong"/>
    <w:basedOn w:val="VarsaylanParagrafYazTipi"/>
    <w:uiPriority w:val="22"/>
    <w:qFormat/>
    <w:rsid w:val="00FC693F"/>
    <w:rPr>
      <w:b/>
      <w:bCs/>
    </w:rPr>
  </w:style>
  <w:style w:type="character" w:styleId="Vurgu">
    <w:name w:val="Emphasis"/>
    <w:basedOn w:val="VarsaylanParagrafYazTipi"/>
    <w:uiPriority w:val="20"/>
    <w:qFormat/>
    <w:rsid w:val="00FC693F"/>
    <w:rPr>
      <w:i/>
      <w:iCs/>
    </w:rPr>
  </w:style>
  <w:style w:type="paragraph" w:styleId="GlAlnt">
    <w:name w:val="Intense Quote"/>
    <w:basedOn w:val="Normal"/>
    <w:next w:val="Normal"/>
    <w:link w:val="GlAlnt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GlAlntChar">
    <w:name w:val="Güçlü Alıntı Char"/>
    <w:basedOn w:val="VarsaylanParagrafYazTipi"/>
    <w:link w:val="GlAlnt"/>
    <w:uiPriority w:val="30"/>
    <w:rsid w:val="00FC693F"/>
    <w:rPr>
      <w:b/>
      <w:bCs/>
      <w:i/>
      <w:iCs/>
      <w:color w:val="4F81BD" w:themeColor="accent1"/>
    </w:rPr>
  </w:style>
  <w:style w:type="character" w:styleId="HafifVurgulama">
    <w:name w:val="Subtle Emphasis"/>
    <w:basedOn w:val="VarsaylanParagrafYazTipi"/>
    <w:uiPriority w:val="19"/>
    <w:qFormat/>
    <w:rsid w:val="00FC693F"/>
    <w:rPr>
      <w:i/>
      <w:iCs/>
      <w:color w:val="808080" w:themeColor="text1" w:themeTint="7F"/>
    </w:rPr>
  </w:style>
  <w:style w:type="character" w:styleId="GlVurgulama">
    <w:name w:val="Intense Emphasis"/>
    <w:basedOn w:val="VarsaylanParagrafYazTipi"/>
    <w:uiPriority w:val="21"/>
    <w:qFormat/>
    <w:rsid w:val="00FC693F"/>
    <w:rPr>
      <w:b/>
      <w:bCs/>
      <w:i/>
      <w:iCs/>
      <w:color w:val="4F81BD" w:themeColor="accent1"/>
    </w:rPr>
  </w:style>
  <w:style w:type="character" w:styleId="HafifBavuru">
    <w:name w:val="Subtle Reference"/>
    <w:basedOn w:val="VarsaylanParagrafYazTipi"/>
    <w:uiPriority w:val="31"/>
    <w:qFormat/>
    <w:rsid w:val="00FC693F"/>
    <w:rPr>
      <w:smallCaps/>
      <w:color w:val="C0504D" w:themeColor="accent2"/>
      <w:u w:val="single"/>
    </w:rPr>
  </w:style>
  <w:style w:type="character" w:styleId="GlBavuru">
    <w:name w:val="Intense Reference"/>
    <w:basedOn w:val="VarsaylanParagrafYazTipi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KitapBal">
    <w:name w:val="Book Title"/>
    <w:basedOn w:val="VarsaylanParagrafYazTipi"/>
    <w:uiPriority w:val="33"/>
    <w:qFormat/>
    <w:rsid w:val="00FC693F"/>
    <w:rPr>
      <w:b/>
      <w:bCs/>
      <w:smallCaps/>
      <w:spacing w:val="5"/>
    </w:rPr>
  </w:style>
  <w:style w:type="paragraph" w:styleId="TBal">
    <w:name w:val="TOC Heading"/>
    <w:basedOn w:val="Balk1"/>
    <w:next w:val="Normal"/>
    <w:uiPriority w:val="39"/>
    <w:semiHidden/>
    <w:unhideWhenUsed/>
    <w:qFormat/>
    <w:rsid w:val="00FC693F"/>
    <w:pPr>
      <w:outlineLvl w:val="9"/>
    </w:pPr>
  </w:style>
  <w:style w:type="table" w:styleId="TabloKlavuzu">
    <w:name w:val="Table Grid"/>
    <w:basedOn w:val="NormalTablo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kGlgeleme">
    <w:name w:val="Light Shading"/>
    <w:basedOn w:val="NormalTablo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AkGlgeleme-Vurgu1">
    <w:name w:val="Light Shading Accent 1"/>
    <w:basedOn w:val="NormalTablo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AkGlgeleme-Vurgu2">
    <w:name w:val="Light Shading Accent 2"/>
    <w:basedOn w:val="NormalTablo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AkGlgeleme-Vurgu3">
    <w:name w:val="Light Shading Accent 3"/>
    <w:basedOn w:val="NormalTablo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AkGlgeleme-Vurgu4">
    <w:name w:val="Light Shading Accent 4"/>
    <w:basedOn w:val="NormalTablo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AkGlgeleme-Vurgu5">
    <w:name w:val="Light Shading Accent 5"/>
    <w:basedOn w:val="NormalTablo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AkGlgeleme-Vurgu6">
    <w:name w:val="Light Shading Accent 6"/>
    <w:basedOn w:val="NormalTablo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kListe">
    <w:name w:val="Light List"/>
    <w:basedOn w:val="NormalTablo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AkListe-Vurgu1">
    <w:name w:val="Light List Accent 1"/>
    <w:basedOn w:val="NormalTablo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AkListe-Vurgu2">
    <w:name w:val="Light List Accent 2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AkListe-Vurgu3">
    <w:name w:val="Light List Accent 3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AkListe-Vurgu4">
    <w:name w:val="Light List Accent 4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AkListe-Vurgu5">
    <w:name w:val="Light List Accent 5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AkListe-Vurgu6">
    <w:name w:val="Light List Accent 6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kKlavuz">
    <w:name w:val="Light Grid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AkKlavuz-Vurgu1">
    <w:name w:val="Light Grid Accent 1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AkKlavuz-Vurgu2">
    <w:name w:val="Light Grid Accent 2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AkKlavuz-Vurgu3">
    <w:name w:val="Light Grid Accent 3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AkKlavuz-Vurgu4">
    <w:name w:val="Light Grid Accent 4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AkKlavuz-Vurgu5">
    <w:name w:val="Light Grid Accent 5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AkKlavuz-Vurgu6">
    <w:name w:val="Light Grid Accent 6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OrtaGlgeleme1">
    <w:name w:val="Medium Shading 1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1">
    <w:name w:val="Medium Shading 1 Accent 1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2">
    <w:name w:val="Medium Shading 1 Accent 2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3">
    <w:name w:val="Medium Shading 1 Accent 3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4">
    <w:name w:val="Medium Shading 1 Accent 4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5">
    <w:name w:val="Medium Shading 1 Accent 5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6">
    <w:name w:val="Medium Shading 1 Accent 6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2">
    <w:name w:val="Medium Shading 2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1">
    <w:name w:val="Medium Shading 2 Accent 1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2">
    <w:name w:val="Medium Shading 2 Accent 2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3">
    <w:name w:val="Medium Shading 2 Accent 3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4">
    <w:name w:val="Medium Shading 2 Accent 4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5">
    <w:name w:val="Medium Shading 2 Accent 5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6">
    <w:name w:val="Medium Shading 2 Accent 6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Liste1">
    <w:name w:val="Medium List 1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OrtaListe1-Vurgu1">
    <w:name w:val="Medium List 1 Accent 1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OrtaListe1-Vurgu2">
    <w:name w:val="Medium List 1 Accent 2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OrtaListe1-Vurgu3">
    <w:name w:val="Medium List 1 Accent 3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OrtaListe1-Vurgu4">
    <w:name w:val="Medium List 1 Accent 4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OrtaListe1-Vurgu5">
    <w:name w:val="Medium List 1 Accent 5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OrtaListe1-Vurgu6">
    <w:name w:val="Medium List 1 Accent 6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OrtaListe2">
    <w:name w:val="Medium List 2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2-Vurgu1">
    <w:name w:val="Medium List 2 Accent 1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2">
    <w:name w:val="Medium List 2 Accent 2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3">
    <w:name w:val="Medium List 2 Accent 3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4">
    <w:name w:val="Medium List 2 Accent 4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5">
    <w:name w:val="Medium List 2 Accent 5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6">
    <w:name w:val="Medium List 2 Accent 6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Klavuz1">
    <w:name w:val="Medium Grid 1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OrtaKlavuz1-Vurgu1">
    <w:name w:val="Medium Grid 1 Accent 1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OrtaKlavuz1-Vurgu2">
    <w:name w:val="Medium Grid 1 Accent 2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OrtaKlavuz1-Vurgu3">
    <w:name w:val="Medium Grid 1 Accent 3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OrtaKlavuz1-Vurgu4">
    <w:name w:val="Medium Grid 1 Accent 4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OrtaKlavuz1-Vurgu5">
    <w:name w:val="Medium Grid 1 Accent 5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OrtaKlavuz1-Vurgu6">
    <w:name w:val="Medium Grid 1 Accent 6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OrtaKlavuz2">
    <w:name w:val="Medium Grid 2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1">
    <w:name w:val="Medium Grid 2 Accent 1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2">
    <w:name w:val="Medium Grid 2 Accent 2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3">
    <w:name w:val="Medium Grid 2 Accent 3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4">
    <w:name w:val="Medium Grid 2 Accent 4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5">
    <w:name w:val="Medium Grid 2 Accent 5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6">
    <w:name w:val="Medium Grid 2 Accent 6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3">
    <w:name w:val="Medium Grid 3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OrtaKlavuz3-Vurgu1">
    <w:name w:val="Medium Grid 3 Accent 1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OrtaKlavuz3-Vurgu2">
    <w:name w:val="Medium Grid 3 Accent 2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OrtaKlavuz3-Vurgu3">
    <w:name w:val="Medium Grid 3 Accent 3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OrtaKlavuz3-Vurgu4">
    <w:name w:val="Medium Grid 3 Accent 4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OrtaKlavuz3-Vurgu5">
    <w:name w:val="Medium Grid 3 Accent 5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OrtaKlavuz3-Vurgu6">
    <w:name w:val="Medium Grid 3 Accent 6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KoyuListe">
    <w:name w:val="Dark List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KoyuListe-Vurgu1">
    <w:name w:val="Dark List Accent 1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KoyuListe-Vurgu2">
    <w:name w:val="Dark List Accent 2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KoyuListe-Vurgu3">
    <w:name w:val="Dark List Accent 3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KoyuListe-Vurgu4">
    <w:name w:val="Dark List Accent 4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KoyuListe-Vurgu5">
    <w:name w:val="Dark List Accent 5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KoyuListe-Vurgu6">
    <w:name w:val="Dark List Accent 6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RenkliGlgeleme">
    <w:name w:val="Colorful Shading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1">
    <w:name w:val="Colorful Shading Accent 1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2">
    <w:name w:val="Colorful Shading Accent 2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3">
    <w:name w:val="Colorful Shading Accent 3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nkliGlgeleme-Vurgu4">
    <w:name w:val="Colorful Shading Accent 4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5">
    <w:name w:val="Colorful Shading Accent 5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6">
    <w:name w:val="Colorful Shading Accent 6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Liste">
    <w:name w:val="Colorful List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RenkliListe-Vurgu1">
    <w:name w:val="Colorful List Accent 1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RenkliListe-Vurgu2">
    <w:name w:val="Colorful List Accent 2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RenkliListe-Vurgu3">
    <w:name w:val="Colorful List Accent 3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RenkliListe-Vurgu4">
    <w:name w:val="Colorful List Accent 4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RenkliListe-Vurgu5">
    <w:name w:val="Colorful List Accent 5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RenkliListe-Vurgu6">
    <w:name w:val="Colorful List Accent 6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RenkliKlavuz">
    <w:name w:val="Colorful Grid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nkliKlavuz-Vurgu1">
    <w:name w:val="Colorful Grid Accent 1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nkliKlavuz-Vurgu2">
    <w:name w:val="Colorful Grid Accent 2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nkliKlavuz-Vurgu3">
    <w:name w:val="Colorful Grid Accent 3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nkliKlavuz-Vurgu4">
    <w:name w:val="Colorful Grid Accent 4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nkliKlavuz-Vurgu5">
    <w:name w:val="Colorful Grid Accent 5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nkliKlavuz-Vurgu6">
    <w:name w:val="Colorful Grid Accent 6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Kpr">
    <w:name w:val="Hyperlink"/>
    <w:basedOn w:val="VarsaylanParagrafYazTipi"/>
    <w:uiPriority w:val="99"/>
    <w:unhideWhenUsed/>
    <w:rsid w:val="00945DCE"/>
    <w:rPr>
      <w:color w:val="0000FF" w:themeColor="hyperlink"/>
      <w:u w:val="single"/>
    </w:rPr>
  </w:style>
  <w:style w:type="character" w:styleId="zmlenmeyenBahsetme">
    <w:name w:val="Unresolved Mention"/>
    <w:basedOn w:val="VarsaylanParagrafYazTipi"/>
    <w:uiPriority w:val="99"/>
    <w:semiHidden/>
    <w:unhideWhenUsed/>
    <w:rsid w:val="00945DC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ik@evliya.com.tr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647F14B0-12D5-4C96-9C5E-97B43240F0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56</Words>
  <Characters>321</Characters>
  <Application>Microsoft Office Word</Application>
  <DocSecurity>0</DocSecurity>
  <Lines>2</Lines>
  <Paragraphs>1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376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EVLIYA SEKERLEME</cp:lastModifiedBy>
  <cp:revision>6</cp:revision>
  <cp:lastPrinted>2025-12-30T11:16:00Z</cp:lastPrinted>
  <dcterms:created xsi:type="dcterms:W3CDTF">2013-12-23T23:15:00Z</dcterms:created>
  <dcterms:modified xsi:type="dcterms:W3CDTF">2026-01-13T09:53:00Z</dcterms:modified>
  <cp:category/>
</cp:coreProperties>
</file>