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F1C439" w14:textId="77777777" w:rsidR="00220189" w:rsidRPr="00220189" w:rsidRDefault="00220189" w:rsidP="00220189">
      <w:pPr>
        <w:jc w:val="both"/>
        <w:rPr>
          <w:b/>
          <w:bCs/>
          <w:lang w:val="tr-TR"/>
        </w:rPr>
      </w:pPr>
      <w:r w:rsidRPr="00220189">
        <w:rPr>
          <w:b/>
          <w:bCs/>
          <w:lang w:val="tr-TR"/>
        </w:rPr>
        <w:t>Refera</w:t>
      </w:r>
      <w:r w:rsidR="00DD77A6">
        <w:rPr>
          <w:b/>
          <w:bCs/>
          <w:lang w:val="tr-TR"/>
        </w:rPr>
        <w:t xml:space="preserve">ns Araştırması Açık Rıza Metni </w:t>
      </w:r>
    </w:p>
    <w:p w14:paraId="6601A056" w14:textId="77777777" w:rsidR="00220189" w:rsidRPr="00220189" w:rsidRDefault="00220189" w:rsidP="00220189">
      <w:pPr>
        <w:jc w:val="both"/>
        <w:rPr>
          <w:lang w:val="tr-TR"/>
        </w:rPr>
      </w:pPr>
      <w:r w:rsidRPr="00220189">
        <w:rPr>
          <w:lang w:val="tr-TR"/>
        </w:rPr>
        <w:t>İşe alım süreçleri kapsamında EVLİYA ŞEKERLEME SAN. VE TİC. LTD. ŞTİ. (“Şirket”) tarafından özgeçmişimde veya başvuru sırasında tarafımdan beyan edilen referans kişiler ile iletişime geçilerek bilgilerimin doğrulanması amacıyla kişisel verilerimin işlenmesi, KVKK uyarınca açık rıza gerektirmektedir. Bu kapsamda aşağıdaki hususlarda açık rıza verdiğimi beyan ederim:</w:t>
      </w:r>
    </w:p>
    <w:p w14:paraId="6770F714" w14:textId="77777777" w:rsidR="00220189" w:rsidRPr="00220189" w:rsidRDefault="00220189" w:rsidP="00220189">
      <w:pPr>
        <w:jc w:val="both"/>
        <w:rPr>
          <w:lang w:val="tr-TR"/>
        </w:rPr>
      </w:pPr>
      <w:r w:rsidRPr="00220189">
        <w:rPr>
          <w:lang w:val="tr-TR"/>
        </w:rPr>
        <w:t>“Başvuru sürecinde beyan etmiş olduğum referans kişiler ile Şirket tarafından iletişime geçilmesine; referans kişileri tarafından tarafıma ilişkin aktarılabilecek kimlik, iletişim, mesleki deneyim, performans, çalışma davranışları, iş disiplinine ilişkin değerlendirmeler ve benzeri kişisel verilerimin doğrulama, yetkinlik değerlendirme, güvenilirlik ve uygun pozisyon analizinin yapılması amaçlarıyla işlenmesine; bu kapsamda gerektiğinde Şirket’in yurt içinde bulunan hizmet sağlayıcıları veya grup şirketleri ile sınırlı olarak paylaşılmasına; referans kişilerle iletişime geçildiği bilgisinin tarafıma ayrıca verilmeden sürecin yürütülmesine açık rıza veriyorum.</w:t>
      </w:r>
    </w:p>
    <w:p w14:paraId="73C3B36C" w14:textId="77777777" w:rsidR="00220189" w:rsidRPr="00220189" w:rsidRDefault="00220189" w:rsidP="00220189">
      <w:pPr>
        <w:jc w:val="both"/>
        <w:rPr>
          <w:lang w:val="tr-TR"/>
        </w:rPr>
      </w:pPr>
      <w:r w:rsidRPr="00220189">
        <w:rPr>
          <w:lang w:val="tr-TR"/>
        </w:rPr>
        <w:t>Ayrıca, referans araştırması sürecinde Şirket tarafından gerçekleştirilecek kayıt, doğrulama, saklama ve işleme faaliyetlerinin, Şirket’in işe alım politikaları, meşru menfaatleri ve insan kaynakları süreçleri ile uyumlu şekilde yürütülmesini kabul ediyorum.”</w:t>
      </w:r>
    </w:p>
    <w:p w14:paraId="35C72B6C" w14:textId="77777777" w:rsidR="00123B82" w:rsidRPr="0020720B" w:rsidRDefault="00123B82" w:rsidP="00220189">
      <w:pPr>
        <w:rPr>
          <w:lang w:val="tr-TR"/>
        </w:rPr>
      </w:pPr>
    </w:p>
    <w:sectPr w:rsidR="00123B82" w:rsidRPr="0020720B" w:rsidSect="0020720B">
      <w:pgSz w:w="11906" w:h="16838" w:code="9"/>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umara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umara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eMaddemi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eMaddemi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umara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eMaddemi"/>
      <w:lvlText w:val=""/>
      <w:lvlJc w:val="left"/>
      <w:pPr>
        <w:tabs>
          <w:tab w:val="num" w:pos="360"/>
        </w:tabs>
        <w:ind w:left="360" w:hanging="360"/>
      </w:pPr>
      <w:rPr>
        <w:rFonts w:ascii="Symbol" w:hAnsi="Symbol" w:hint="default"/>
      </w:rPr>
    </w:lvl>
  </w:abstractNum>
  <w:num w:numId="1" w16cid:durableId="1967471021">
    <w:abstractNumId w:val="8"/>
  </w:num>
  <w:num w:numId="2" w16cid:durableId="1425493585">
    <w:abstractNumId w:val="6"/>
  </w:num>
  <w:num w:numId="3" w16cid:durableId="1473061774">
    <w:abstractNumId w:val="5"/>
  </w:num>
  <w:num w:numId="4" w16cid:durableId="826242329">
    <w:abstractNumId w:val="4"/>
  </w:num>
  <w:num w:numId="5" w16cid:durableId="315914539">
    <w:abstractNumId w:val="7"/>
  </w:num>
  <w:num w:numId="6" w16cid:durableId="1534221818">
    <w:abstractNumId w:val="3"/>
  </w:num>
  <w:num w:numId="7" w16cid:durableId="221990186">
    <w:abstractNumId w:val="2"/>
  </w:num>
  <w:num w:numId="8" w16cid:durableId="1151367734">
    <w:abstractNumId w:val="1"/>
  </w:num>
  <w:num w:numId="9" w16cid:durableId="1825961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23B82"/>
    <w:rsid w:val="0015074B"/>
    <w:rsid w:val="0020720B"/>
    <w:rsid w:val="00220189"/>
    <w:rsid w:val="0029639D"/>
    <w:rsid w:val="00326F90"/>
    <w:rsid w:val="00905A37"/>
    <w:rsid w:val="00AA1D8D"/>
    <w:rsid w:val="00B47730"/>
    <w:rsid w:val="00CB0664"/>
    <w:rsid w:val="00DD77A6"/>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68324E4"/>
  <w14:defaultImageDpi w14:val="300"/>
  <w15:docId w15:val="{74A9D887-416A-4429-BD30-B75373B9B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Balk1">
    <w:name w:val="heading 1"/>
    <w:basedOn w:val="Normal"/>
    <w:next w:val="Normal"/>
    <w:link w:val="Balk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alk2">
    <w:name w:val="heading 2"/>
    <w:basedOn w:val="Normal"/>
    <w:next w:val="Normal"/>
    <w:link w:val="Balk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alk3">
    <w:name w:val="heading 3"/>
    <w:basedOn w:val="Normal"/>
    <w:next w:val="Normal"/>
    <w:link w:val="Balk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Balk4">
    <w:name w:val="heading 4"/>
    <w:basedOn w:val="Normal"/>
    <w:next w:val="Normal"/>
    <w:link w:val="Balk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Balk5">
    <w:name w:val="heading 5"/>
    <w:basedOn w:val="Normal"/>
    <w:next w:val="Normal"/>
    <w:link w:val="Balk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Balk6">
    <w:name w:val="heading 6"/>
    <w:basedOn w:val="Normal"/>
    <w:next w:val="Normal"/>
    <w:link w:val="Balk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Balk7">
    <w:name w:val="heading 7"/>
    <w:basedOn w:val="Normal"/>
    <w:next w:val="Normal"/>
    <w:link w:val="Balk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alk8">
    <w:name w:val="heading 8"/>
    <w:basedOn w:val="Normal"/>
    <w:next w:val="Normal"/>
    <w:link w:val="Balk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Balk9">
    <w:name w:val="heading 9"/>
    <w:basedOn w:val="Normal"/>
    <w:next w:val="Normal"/>
    <w:link w:val="Balk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618BF"/>
    <w:pPr>
      <w:tabs>
        <w:tab w:val="center" w:pos="4680"/>
        <w:tab w:val="right" w:pos="9360"/>
      </w:tabs>
      <w:spacing w:after="0" w:line="240" w:lineRule="auto"/>
    </w:pPr>
  </w:style>
  <w:style w:type="character" w:customStyle="1" w:styleId="stBilgiChar">
    <w:name w:val="Üst Bilgi Char"/>
    <w:basedOn w:val="VarsaylanParagrafYazTipi"/>
    <w:link w:val="stBilgi"/>
    <w:uiPriority w:val="99"/>
    <w:rsid w:val="00E618BF"/>
  </w:style>
  <w:style w:type="paragraph" w:styleId="AltBilgi">
    <w:name w:val="footer"/>
    <w:basedOn w:val="Normal"/>
    <w:link w:val="AltBilgiChar"/>
    <w:uiPriority w:val="99"/>
    <w:unhideWhenUsed/>
    <w:rsid w:val="00E618BF"/>
    <w:pPr>
      <w:tabs>
        <w:tab w:val="center" w:pos="4680"/>
        <w:tab w:val="right" w:pos="9360"/>
      </w:tabs>
      <w:spacing w:after="0" w:line="240" w:lineRule="auto"/>
    </w:pPr>
  </w:style>
  <w:style w:type="character" w:customStyle="1" w:styleId="AltBilgiChar">
    <w:name w:val="Alt Bilgi Char"/>
    <w:basedOn w:val="VarsaylanParagrafYazTipi"/>
    <w:link w:val="AltBilgi"/>
    <w:uiPriority w:val="99"/>
    <w:rsid w:val="00E618BF"/>
  </w:style>
  <w:style w:type="paragraph" w:styleId="AralkYok">
    <w:name w:val="No Spacing"/>
    <w:uiPriority w:val="1"/>
    <w:qFormat/>
    <w:rsid w:val="00FC693F"/>
    <w:pPr>
      <w:spacing w:after="0" w:line="240" w:lineRule="auto"/>
    </w:pPr>
  </w:style>
  <w:style w:type="character" w:customStyle="1" w:styleId="Balk1Char">
    <w:name w:val="Başlık 1 Char"/>
    <w:basedOn w:val="VarsaylanParagrafYazTipi"/>
    <w:link w:val="Balk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Balk2Char">
    <w:name w:val="Başlık 2 Char"/>
    <w:basedOn w:val="VarsaylanParagrafYazTipi"/>
    <w:link w:val="Balk2"/>
    <w:uiPriority w:val="9"/>
    <w:rsid w:val="00FC693F"/>
    <w:rPr>
      <w:rFonts w:asciiTheme="majorHAnsi" w:eastAsiaTheme="majorEastAsia" w:hAnsiTheme="majorHAnsi" w:cstheme="majorBidi"/>
      <w:b/>
      <w:bCs/>
      <w:color w:val="4F81BD" w:themeColor="accent1"/>
      <w:sz w:val="26"/>
      <w:szCs w:val="26"/>
    </w:rPr>
  </w:style>
  <w:style w:type="character" w:customStyle="1" w:styleId="Balk3Char">
    <w:name w:val="Başlık 3 Char"/>
    <w:basedOn w:val="VarsaylanParagrafYazTipi"/>
    <w:link w:val="Balk3"/>
    <w:uiPriority w:val="9"/>
    <w:rsid w:val="00FC693F"/>
    <w:rPr>
      <w:rFonts w:asciiTheme="majorHAnsi" w:eastAsiaTheme="majorEastAsia" w:hAnsiTheme="majorHAnsi" w:cstheme="majorBidi"/>
      <w:b/>
      <w:bCs/>
      <w:color w:val="4F81BD" w:themeColor="accent1"/>
    </w:rPr>
  </w:style>
  <w:style w:type="paragraph" w:styleId="KonuBal">
    <w:name w:val="Title"/>
    <w:basedOn w:val="Normal"/>
    <w:next w:val="Normal"/>
    <w:link w:val="KonuBal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KonuBalChar">
    <w:name w:val="Konu Başlığı Char"/>
    <w:basedOn w:val="VarsaylanParagrafYazTipi"/>
    <w:link w:val="KonuBa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ltyaz">
    <w:name w:val="Subtitle"/>
    <w:basedOn w:val="Normal"/>
    <w:next w:val="Normal"/>
    <w:link w:val="Altyaz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ltyazChar">
    <w:name w:val="Altyazı Char"/>
    <w:basedOn w:val="VarsaylanParagrafYazTipi"/>
    <w:link w:val="Altyaz"/>
    <w:uiPriority w:val="11"/>
    <w:rsid w:val="00FC693F"/>
    <w:rPr>
      <w:rFonts w:asciiTheme="majorHAnsi" w:eastAsiaTheme="majorEastAsia" w:hAnsiTheme="majorHAnsi" w:cstheme="majorBidi"/>
      <w:i/>
      <w:iCs/>
      <w:color w:val="4F81BD" w:themeColor="accent1"/>
      <w:spacing w:val="15"/>
      <w:sz w:val="24"/>
      <w:szCs w:val="24"/>
    </w:rPr>
  </w:style>
  <w:style w:type="paragraph" w:styleId="ListeParagraf">
    <w:name w:val="List Paragraph"/>
    <w:basedOn w:val="Normal"/>
    <w:uiPriority w:val="34"/>
    <w:qFormat/>
    <w:rsid w:val="00FC693F"/>
    <w:pPr>
      <w:ind w:left="720"/>
      <w:contextualSpacing/>
    </w:pPr>
  </w:style>
  <w:style w:type="paragraph" w:styleId="GvdeMetni">
    <w:name w:val="Body Text"/>
    <w:basedOn w:val="Normal"/>
    <w:link w:val="GvdeMetniChar"/>
    <w:uiPriority w:val="99"/>
    <w:unhideWhenUsed/>
    <w:rsid w:val="00AA1D8D"/>
    <w:pPr>
      <w:spacing w:after="120"/>
    </w:pPr>
  </w:style>
  <w:style w:type="character" w:customStyle="1" w:styleId="GvdeMetniChar">
    <w:name w:val="Gövde Metni Char"/>
    <w:basedOn w:val="VarsaylanParagrafYazTipi"/>
    <w:link w:val="GvdeMetni"/>
    <w:uiPriority w:val="99"/>
    <w:rsid w:val="00AA1D8D"/>
  </w:style>
  <w:style w:type="paragraph" w:styleId="GvdeMetni2">
    <w:name w:val="Body Text 2"/>
    <w:basedOn w:val="Normal"/>
    <w:link w:val="GvdeMetni2Char"/>
    <w:uiPriority w:val="99"/>
    <w:unhideWhenUsed/>
    <w:rsid w:val="00AA1D8D"/>
    <w:pPr>
      <w:spacing w:after="120" w:line="480" w:lineRule="auto"/>
    </w:pPr>
  </w:style>
  <w:style w:type="character" w:customStyle="1" w:styleId="GvdeMetni2Char">
    <w:name w:val="Gövde Metni 2 Char"/>
    <w:basedOn w:val="VarsaylanParagrafYazTipi"/>
    <w:link w:val="GvdeMetni2"/>
    <w:uiPriority w:val="99"/>
    <w:rsid w:val="00AA1D8D"/>
  </w:style>
  <w:style w:type="paragraph" w:styleId="GvdeMetni3">
    <w:name w:val="Body Text 3"/>
    <w:basedOn w:val="Normal"/>
    <w:link w:val="GvdeMetni3Char"/>
    <w:uiPriority w:val="99"/>
    <w:unhideWhenUsed/>
    <w:rsid w:val="00AA1D8D"/>
    <w:pPr>
      <w:spacing w:after="120"/>
    </w:pPr>
    <w:rPr>
      <w:sz w:val="16"/>
      <w:szCs w:val="16"/>
    </w:rPr>
  </w:style>
  <w:style w:type="character" w:customStyle="1" w:styleId="GvdeMetni3Char">
    <w:name w:val="Gövde Metni 3 Char"/>
    <w:basedOn w:val="VarsaylanParagrafYazTipi"/>
    <w:link w:val="GvdeMetni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Maddemi">
    <w:name w:val="List Bullet"/>
    <w:basedOn w:val="Normal"/>
    <w:uiPriority w:val="99"/>
    <w:unhideWhenUsed/>
    <w:rsid w:val="00326F90"/>
    <w:pPr>
      <w:numPr>
        <w:numId w:val="1"/>
      </w:numPr>
      <w:contextualSpacing/>
    </w:pPr>
  </w:style>
  <w:style w:type="paragraph" w:styleId="ListeMaddemi2">
    <w:name w:val="List Bullet 2"/>
    <w:basedOn w:val="Normal"/>
    <w:uiPriority w:val="99"/>
    <w:unhideWhenUsed/>
    <w:rsid w:val="00326F90"/>
    <w:pPr>
      <w:numPr>
        <w:numId w:val="2"/>
      </w:numPr>
      <w:contextualSpacing/>
    </w:pPr>
  </w:style>
  <w:style w:type="paragraph" w:styleId="ListeMaddemi3">
    <w:name w:val="List Bullet 3"/>
    <w:basedOn w:val="Normal"/>
    <w:uiPriority w:val="99"/>
    <w:unhideWhenUsed/>
    <w:rsid w:val="00326F90"/>
    <w:pPr>
      <w:numPr>
        <w:numId w:val="3"/>
      </w:numPr>
      <w:contextualSpacing/>
    </w:pPr>
  </w:style>
  <w:style w:type="paragraph" w:styleId="ListeNumaras">
    <w:name w:val="List Number"/>
    <w:basedOn w:val="Normal"/>
    <w:uiPriority w:val="99"/>
    <w:unhideWhenUsed/>
    <w:rsid w:val="00326F90"/>
    <w:pPr>
      <w:numPr>
        <w:numId w:val="5"/>
      </w:numPr>
      <w:contextualSpacing/>
    </w:pPr>
  </w:style>
  <w:style w:type="paragraph" w:styleId="ListeNumaras2">
    <w:name w:val="List Number 2"/>
    <w:basedOn w:val="Normal"/>
    <w:uiPriority w:val="99"/>
    <w:unhideWhenUsed/>
    <w:rsid w:val="0029639D"/>
    <w:pPr>
      <w:numPr>
        <w:numId w:val="6"/>
      </w:numPr>
      <w:contextualSpacing/>
    </w:pPr>
  </w:style>
  <w:style w:type="paragraph" w:styleId="ListeNumaras3">
    <w:name w:val="List Number 3"/>
    <w:basedOn w:val="Normal"/>
    <w:uiPriority w:val="99"/>
    <w:unhideWhenUsed/>
    <w:rsid w:val="0029639D"/>
    <w:pPr>
      <w:numPr>
        <w:numId w:val="7"/>
      </w:numPr>
      <w:contextualSpacing/>
    </w:pPr>
  </w:style>
  <w:style w:type="paragraph" w:styleId="ListeDevam">
    <w:name w:val="List Continue"/>
    <w:basedOn w:val="Normal"/>
    <w:uiPriority w:val="99"/>
    <w:unhideWhenUsed/>
    <w:rsid w:val="0029639D"/>
    <w:pPr>
      <w:spacing w:after="120"/>
      <w:ind w:left="360"/>
      <w:contextualSpacing/>
    </w:pPr>
  </w:style>
  <w:style w:type="paragraph" w:styleId="ListeDevam2">
    <w:name w:val="List Continue 2"/>
    <w:basedOn w:val="Normal"/>
    <w:uiPriority w:val="99"/>
    <w:unhideWhenUsed/>
    <w:rsid w:val="0029639D"/>
    <w:pPr>
      <w:spacing w:after="120"/>
      <w:ind w:left="720"/>
      <w:contextualSpacing/>
    </w:pPr>
  </w:style>
  <w:style w:type="paragraph" w:styleId="ListeDevam3">
    <w:name w:val="List Continue 3"/>
    <w:basedOn w:val="Normal"/>
    <w:uiPriority w:val="99"/>
    <w:unhideWhenUsed/>
    <w:rsid w:val="0029639D"/>
    <w:pPr>
      <w:spacing w:after="120"/>
      <w:ind w:left="1080"/>
      <w:contextualSpacing/>
    </w:pPr>
  </w:style>
  <w:style w:type="paragraph" w:styleId="MakroMetni">
    <w:name w:val="macro"/>
    <w:link w:val="MakroMetni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MetniChar">
    <w:name w:val="Makro Metni Char"/>
    <w:basedOn w:val="VarsaylanParagrafYazTipi"/>
    <w:link w:val="MakroMetni"/>
    <w:uiPriority w:val="99"/>
    <w:rsid w:val="0029639D"/>
    <w:rPr>
      <w:rFonts w:ascii="Courier" w:hAnsi="Courier"/>
      <w:sz w:val="20"/>
      <w:szCs w:val="20"/>
    </w:rPr>
  </w:style>
  <w:style w:type="paragraph" w:styleId="Alnt">
    <w:name w:val="Quote"/>
    <w:basedOn w:val="Normal"/>
    <w:next w:val="Normal"/>
    <w:link w:val="AlntChar"/>
    <w:uiPriority w:val="29"/>
    <w:qFormat/>
    <w:rsid w:val="00FC693F"/>
    <w:rPr>
      <w:i/>
      <w:iCs/>
      <w:color w:val="000000" w:themeColor="text1"/>
    </w:rPr>
  </w:style>
  <w:style w:type="character" w:customStyle="1" w:styleId="AlntChar">
    <w:name w:val="Alıntı Char"/>
    <w:basedOn w:val="VarsaylanParagrafYazTipi"/>
    <w:link w:val="Alnt"/>
    <w:uiPriority w:val="29"/>
    <w:rsid w:val="00FC693F"/>
    <w:rPr>
      <w:i/>
      <w:iCs/>
      <w:color w:val="000000" w:themeColor="text1"/>
    </w:rPr>
  </w:style>
  <w:style w:type="character" w:customStyle="1" w:styleId="Balk4Char">
    <w:name w:val="Başlık 4 Char"/>
    <w:basedOn w:val="VarsaylanParagrafYazTipi"/>
    <w:link w:val="Balk4"/>
    <w:uiPriority w:val="9"/>
    <w:semiHidden/>
    <w:rsid w:val="00FC693F"/>
    <w:rPr>
      <w:rFonts w:asciiTheme="majorHAnsi" w:eastAsiaTheme="majorEastAsia" w:hAnsiTheme="majorHAnsi" w:cstheme="majorBidi"/>
      <w:b/>
      <w:bCs/>
      <w:i/>
      <w:iCs/>
      <w:color w:val="4F81BD" w:themeColor="accent1"/>
    </w:rPr>
  </w:style>
  <w:style w:type="character" w:customStyle="1" w:styleId="Balk5Char">
    <w:name w:val="Başlık 5 Char"/>
    <w:basedOn w:val="VarsaylanParagrafYazTipi"/>
    <w:link w:val="Balk5"/>
    <w:uiPriority w:val="9"/>
    <w:semiHidden/>
    <w:rsid w:val="00FC693F"/>
    <w:rPr>
      <w:rFonts w:asciiTheme="majorHAnsi" w:eastAsiaTheme="majorEastAsia" w:hAnsiTheme="majorHAnsi" w:cstheme="majorBidi"/>
      <w:color w:val="243F60" w:themeColor="accent1" w:themeShade="7F"/>
    </w:rPr>
  </w:style>
  <w:style w:type="character" w:customStyle="1" w:styleId="Balk6Char">
    <w:name w:val="Başlık 6 Char"/>
    <w:basedOn w:val="VarsaylanParagrafYazTipi"/>
    <w:link w:val="Balk6"/>
    <w:uiPriority w:val="9"/>
    <w:semiHidden/>
    <w:rsid w:val="00FC693F"/>
    <w:rPr>
      <w:rFonts w:asciiTheme="majorHAnsi" w:eastAsiaTheme="majorEastAsia" w:hAnsiTheme="majorHAnsi" w:cstheme="majorBidi"/>
      <w:i/>
      <w:iCs/>
      <w:color w:val="243F60" w:themeColor="accent1" w:themeShade="7F"/>
    </w:rPr>
  </w:style>
  <w:style w:type="character" w:customStyle="1" w:styleId="Balk7Char">
    <w:name w:val="Başlık 7 Char"/>
    <w:basedOn w:val="VarsaylanParagrafYazTipi"/>
    <w:link w:val="Balk7"/>
    <w:uiPriority w:val="9"/>
    <w:semiHidden/>
    <w:rsid w:val="00FC693F"/>
    <w:rPr>
      <w:rFonts w:asciiTheme="majorHAnsi" w:eastAsiaTheme="majorEastAsia" w:hAnsiTheme="majorHAnsi" w:cstheme="majorBidi"/>
      <w:i/>
      <w:iCs/>
      <w:color w:val="404040" w:themeColor="text1" w:themeTint="BF"/>
    </w:rPr>
  </w:style>
  <w:style w:type="character" w:customStyle="1" w:styleId="Balk8Char">
    <w:name w:val="Başlık 8 Char"/>
    <w:basedOn w:val="VarsaylanParagrafYazTipi"/>
    <w:link w:val="Balk8"/>
    <w:uiPriority w:val="9"/>
    <w:semiHidden/>
    <w:rsid w:val="00FC693F"/>
    <w:rPr>
      <w:rFonts w:asciiTheme="majorHAnsi" w:eastAsiaTheme="majorEastAsia" w:hAnsiTheme="majorHAnsi" w:cstheme="majorBidi"/>
      <w:color w:val="4F81BD" w:themeColor="accent1"/>
      <w:sz w:val="20"/>
      <w:szCs w:val="20"/>
    </w:rPr>
  </w:style>
  <w:style w:type="character" w:customStyle="1" w:styleId="Balk9Char">
    <w:name w:val="Başlık 9 Char"/>
    <w:basedOn w:val="VarsaylanParagrafYazTipi"/>
    <w:link w:val="Balk9"/>
    <w:uiPriority w:val="9"/>
    <w:semiHidden/>
    <w:rsid w:val="00FC693F"/>
    <w:rPr>
      <w:rFonts w:asciiTheme="majorHAnsi" w:eastAsiaTheme="majorEastAsia" w:hAnsiTheme="majorHAnsi" w:cstheme="majorBidi"/>
      <w:i/>
      <w:iCs/>
      <w:color w:val="404040" w:themeColor="text1" w:themeTint="BF"/>
      <w:sz w:val="20"/>
      <w:szCs w:val="20"/>
    </w:rPr>
  </w:style>
  <w:style w:type="paragraph" w:styleId="ResimYazs">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Gl">
    <w:name w:val="Strong"/>
    <w:basedOn w:val="VarsaylanParagrafYazTipi"/>
    <w:uiPriority w:val="22"/>
    <w:qFormat/>
    <w:rsid w:val="00FC693F"/>
    <w:rPr>
      <w:b/>
      <w:bCs/>
    </w:rPr>
  </w:style>
  <w:style w:type="character" w:styleId="Vurgu">
    <w:name w:val="Emphasis"/>
    <w:basedOn w:val="VarsaylanParagrafYazTipi"/>
    <w:uiPriority w:val="20"/>
    <w:qFormat/>
    <w:rsid w:val="00FC693F"/>
    <w:rPr>
      <w:i/>
      <w:iCs/>
    </w:rPr>
  </w:style>
  <w:style w:type="paragraph" w:styleId="GlAlnt">
    <w:name w:val="Intense Quote"/>
    <w:basedOn w:val="Normal"/>
    <w:next w:val="Normal"/>
    <w:link w:val="GlAlnt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GlAlntChar">
    <w:name w:val="Güçlü Alıntı Char"/>
    <w:basedOn w:val="VarsaylanParagrafYazTipi"/>
    <w:link w:val="GlAlnt"/>
    <w:uiPriority w:val="30"/>
    <w:rsid w:val="00FC693F"/>
    <w:rPr>
      <w:b/>
      <w:bCs/>
      <w:i/>
      <w:iCs/>
      <w:color w:val="4F81BD" w:themeColor="accent1"/>
    </w:rPr>
  </w:style>
  <w:style w:type="character" w:styleId="HafifVurgulama">
    <w:name w:val="Subtle Emphasis"/>
    <w:basedOn w:val="VarsaylanParagrafYazTipi"/>
    <w:uiPriority w:val="19"/>
    <w:qFormat/>
    <w:rsid w:val="00FC693F"/>
    <w:rPr>
      <w:i/>
      <w:iCs/>
      <w:color w:val="808080" w:themeColor="text1" w:themeTint="7F"/>
    </w:rPr>
  </w:style>
  <w:style w:type="character" w:styleId="GlVurgulama">
    <w:name w:val="Intense Emphasis"/>
    <w:basedOn w:val="VarsaylanParagrafYazTipi"/>
    <w:uiPriority w:val="21"/>
    <w:qFormat/>
    <w:rsid w:val="00FC693F"/>
    <w:rPr>
      <w:b/>
      <w:bCs/>
      <w:i/>
      <w:iCs/>
      <w:color w:val="4F81BD" w:themeColor="accent1"/>
    </w:rPr>
  </w:style>
  <w:style w:type="character" w:styleId="HafifBavuru">
    <w:name w:val="Subtle Reference"/>
    <w:basedOn w:val="VarsaylanParagrafYazTipi"/>
    <w:uiPriority w:val="31"/>
    <w:qFormat/>
    <w:rsid w:val="00FC693F"/>
    <w:rPr>
      <w:smallCaps/>
      <w:color w:val="C0504D" w:themeColor="accent2"/>
      <w:u w:val="single"/>
    </w:rPr>
  </w:style>
  <w:style w:type="character" w:styleId="GlBavuru">
    <w:name w:val="Intense Reference"/>
    <w:basedOn w:val="VarsaylanParagrafYazTipi"/>
    <w:uiPriority w:val="32"/>
    <w:qFormat/>
    <w:rsid w:val="00FC693F"/>
    <w:rPr>
      <w:b/>
      <w:bCs/>
      <w:smallCaps/>
      <w:color w:val="C0504D" w:themeColor="accent2"/>
      <w:spacing w:val="5"/>
      <w:u w:val="single"/>
    </w:rPr>
  </w:style>
  <w:style w:type="character" w:styleId="KitapBal">
    <w:name w:val="Book Title"/>
    <w:basedOn w:val="VarsaylanParagrafYazTipi"/>
    <w:uiPriority w:val="33"/>
    <w:qFormat/>
    <w:rsid w:val="00FC693F"/>
    <w:rPr>
      <w:b/>
      <w:bCs/>
      <w:smallCaps/>
      <w:spacing w:val="5"/>
    </w:rPr>
  </w:style>
  <w:style w:type="paragraph" w:styleId="TBal">
    <w:name w:val="TOC Heading"/>
    <w:basedOn w:val="Balk1"/>
    <w:next w:val="Normal"/>
    <w:uiPriority w:val="39"/>
    <w:semiHidden/>
    <w:unhideWhenUsed/>
    <w:qFormat/>
    <w:rsid w:val="00FC693F"/>
    <w:pPr>
      <w:outlineLvl w:val="9"/>
    </w:pPr>
  </w:style>
  <w:style w:type="table" w:styleId="TabloKlavuzu">
    <w:name w:val="Table Grid"/>
    <w:basedOn w:val="NormalTablo"/>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kGlgeleme">
    <w:name w:val="Light Shading"/>
    <w:basedOn w:val="NormalTablo"/>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AkGlgeleme-Vurgu1">
    <w:name w:val="Light Shading Accent 1"/>
    <w:basedOn w:val="NormalTablo"/>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AkGlgeleme-Vurgu2">
    <w:name w:val="Light Shading Accent 2"/>
    <w:basedOn w:val="NormalTablo"/>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AkGlgeleme-Vurgu3">
    <w:name w:val="Light Shading Accent 3"/>
    <w:basedOn w:val="NormalTablo"/>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AkGlgeleme-Vurgu4">
    <w:name w:val="Light Shading Accent 4"/>
    <w:basedOn w:val="NormalTablo"/>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AkGlgeleme-Vurgu5">
    <w:name w:val="Light Shading Accent 5"/>
    <w:basedOn w:val="NormalTablo"/>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AkGlgeleme-Vurgu6">
    <w:name w:val="Light Shading Accent 6"/>
    <w:basedOn w:val="NormalTablo"/>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kListe">
    <w:name w:val="Light List"/>
    <w:basedOn w:val="NormalTablo"/>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AkListe-Vurgu1">
    <w:name w:val="Light List Accent 1"/>
    <w:basedOn w:val="NormalTablo"/>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AkListe-Vurgu2">
    <w:name w:val="Light List Accent 2"/>
    <w:basedOn w:val="NormalTablo"/>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AkListe-Vurgu3">
    <w:name w:val="Light List Accent 3"/>
    <w:basedOn w:val="NormalTablo"/>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AkListe-Vurgu4">
    <w:name w:val="Light List Accent 4"/>
    <w:basedOn w:val="NormalTablo"/>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AkListe-Vurgu5">
    <w:name w:val="Light List Accent 5"/>
    <w:basedOn w:val="NormalTablo"/>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AkListe-Vurgu6">
    <w:name w:val="Light List Accent 6"/>
    <w:basedOn w:val="NormalTablo"/>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kKlavuz">
    <w:name w:val="Light Grid"/>
    <w:basedOn w:val="NormalTablo"/>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AkKlavuz-Vurgu1">
    <w:name w:val="Light Grid Accent 1"/>
    <w:basedOn w:val="NormalTablo"/>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AkKlavuz-Vurgu2">
    <w:name w:val="Light Grid Accent 2"/>
    <w:basedOn w:val="NormalTablo"/>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AkKlavuz-Vurgu3">
    <w:name w:val="Light Grid Accent 3"/>
    <w:basedOn w:val="NormalTablo"/>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AkKlavuz-Vurgu4">
    <w:name w:val="Light Grid Accent 4"/>
    <w:basedOn w:val="NormalTablo"/>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AkKlavuz-Vurgu5">
    <w:name w:val="Light Grid Accent 5"/>
    <w:basedOn w:val="NormalTablo"/>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AkKlavuz-Vurgu6">
    <w:name w:val="Light Grid Accent 6"/>
    <w:basedOn w:val="NormalTablo"/>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OrtaGlgeleme1">
    <w:name w:val="Medium Shading 1"/>
    <w:basedOn w:val="NormalTablo"/>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OrtaGlgeleme1-Vurgu1">
    <w:name w:val="Medium Shading 1 Accent 1"/>
    <w:basedOn w:val="NormalTablo"/>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OrtaGlgeleme1-Vurgu2">
    <w:name w:val="Medium Shading 1 Accent 2"/>
    <w:basedOn w:val="NormalTablo"/>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OrtaGlgeleme1-Vurgu3">
    <w:name w:val="Medium Shading 1 Accent 3"/>
    <w:basedOn w:val="NormalTablo"/>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OrtaGlgeleme1-Vurgu4">
    <w:name w:val="Medium Shading 1 Accent 4"/>
    <w:basedOn w:val="NormalTablo"/>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OrtaGlgeleme1-Vurgu5">
    <w:name w:val="Medium Shading 1 Accent 5"/>
    <w:basedOn w:val="NormalTablo"/>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OrtaGlgeleme1-Vurgu6">
    <w:name w:val="Medium Shading 1 Accent 6"/>
    <w:basedOn w:val="NormalTablo"/>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OrtaGlgeleme2">
    <w:name w:val="Medium Shading 2"/>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1">
    <w:name w:val="Medium Shading 2 Accent 1"/>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2">
    <w:name w:val="Medium Shading 2 Accent 2"/>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3">
    <w:name w:val="Medium Shading 2 Accent 3"/>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4">
    <w:name w:val="Medium Shading 2 Accent 4"/>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5">
    <w:name w:val="Medium Shading 2 Accent 5"/>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6">
    <w:name w:val="Medium Shading 2 Accent 6"/>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Liste1">
    <w:name w:val="Medium List 1"/>
    <w:basedOn w:val="NormalTablo"/>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OrtaListe1-Vurgu1">
    <w:name w:val="Medium List 1 Accent 1"/>
    <w:basedOn w:val="NormalTablo"/>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OrtaListe1-Vurgu2">
    <w:name w:val="Medium List 1 Accent 2"/>
    <w:basedOn w:val="NormalTablo"/>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OrtaListe1-Vurgu3">
    <w:name w:val="Medium List 1 Accent 3"/>
    <w:basedOn w:val="NormalTablo"/>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OrtaListe1-Vurgu4">
    <w:name w:val="Medium List 1 Accent 4"/>
    <w:basedOn w:val="NormalTablo"/>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OrtaListe1-Vurgu5">
    <w:name w:val="Medium List 1 Accent 5"/>
    <w:basedOn w:val="NormalTablo"/>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OrtaListe1-Vurgu6">
    <w:name w:val="Medium List 1 Accent 6"/>
    <w:basedOn w:val="NormalTablo"/>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OrtaListe2">
    <w:name w:val="Medium List 2"/>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2-Vurgu1">
    <w:name w:val="Medium List 2 Accent 1"/>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2">
    <w:name w:val="Medium List 2 Accent 2"/>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3">
    <w:name w:val="Medium List 2 Accent 3"/>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4">
    <w:name w:val="Medium List 2 Accent 4"/>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5">
    <w:name w:val="Medium List 2 Accent 5"/>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6">
    <w:name w:val="Medium List 2 Accent 6"/>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OrtaKlavuz1">
    <w:name w:val="Medium Grid 1"/>
    <w:basedOn w:val="NormalTablo"/>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OrtaKlavuz1-Vurgu1">
    <w:name w:val="Medium Grid 1 Accent 1"/>
    <w:basedOn w:val="NormalTablo"/>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OrtaKlavuz1-Vurgu2">
    <w:name w:val="Medium Grid 1 Accent 2"/>
    <w:basedOn w:val="NormalTablo"/>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OrtaKlavuz1-Vurgu3">
    <w:name w:val="Medium Grid 1 Accent 3"/>
    <w:basedOn w:val="NormalTablo"/>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OrtaKlavuz1-Vurgu4">
    <w:name w:val="Medium Grid 1 Accent 4"/>
    <w:basedOn w:val="NormalTablo"/>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OrtaKlavuz1-Vurgu5">
    <w:name w:val="Medium Grid 1 Accent 5"/>
    <w:basedOn w:val="NormalTablo"/>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OrtaKlavuz1-Vurgu6">
    <w:name w:val="Medium Grid 1 Accent 6"/>
    <w:basedOn w:val="NormalTablo"/>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OrtaKlavuz2">
    <w:name w:val="Medium Grid 2"/>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OrtaKlavuz2-Vurgu1">
    <w:name w:val="Medium Grid 2 Accent 1"/>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OrtaKlavuz2-Vurgu2">
    <w:name w:val="Medium Grid 2 Accent 2"/>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OrtaKlavuz2-Vurgu3">
    <w:name w:val="Medium Grid 2 Accent 3"/>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OrtaKlavuz2-Vurgu4">
    <w:name w:val="Medium Grid 2 Accent 4"/>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OrtaKlavuz2-Vurgu5">
    <w:name w:val="Medium Grid 2 Accent 5"/>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OrtaKlavuz2-Vurgu6">
    <w:name w:val="Medium Grid 2 Accent 6"/>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OrtaKlavuz3">
    <w:name w:val="Medium Grid 3"/>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OrtaKlavuz3-Vurgu1">
    <w:name w:val="Medium Grid 3 Accent 1"/>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OrtaKlavuz3-Vurgu2">
    <w:name w:val="Medium Grid 3 Accent 2"/>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OrtaKlavuz3-Vurgu3">
    <w:name w:val="Medium Grid 3 Accent 3"/>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OrtaKlavuz3-Vurgu4">
    <w:name w:val="Medium Grid 3 Accent 4"/>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OrtaKlavuz3-Vurgu5">
    <w:name w:val="Medium Grid 3 Accent 5"/>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OrtaKlavuz3-Vurgu6">
    <w:name w:val="Medium Grid 3 Accent 6"/>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KoyuListe">
    <w:name w:val="Dark List"/>
    <w:basedOn w:val="NormalTablo"/>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KoyuListe-Vurgu1">
    <w:name w:val="Dark List Accent 1"/>
    <w:basedOn w:val="NormalTablo"/>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KoyuListe-Vurgu2">
    <w:name w:val="Dark List Accent 2"/>
    <w:basedOn w:val="NormalTablo"/>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KoyuListe-Vurgu3">
    <w:name w:val="Dark List Accent 3"/>
    <w:basedOn w:val="NormalTablo"/>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KoyuListe-Vurgu4">
    <w:name w:val="Dark List Accent 4"/>
    <w:basedOn w:val="NormalTablo"/>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KoyuListe-Vurgu5">
    <w:name w:val="Dark List Accent 5"/>
    <w:basedOn w:val="NormalTablo"/>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KoyuListe-Vurgu6">
    <w:name w:val="Dark List Accent 6"/>
    <w:basedOn w:val="NormalTablo"/>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RenkliGlgeleme">
    <w:name w:val="Colorful Shading"/>
    <w:basedOn w:val="NormalTablo"/>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RenkliGlgeleme-Vurgu1">
    <w:name w:val="Colorful Shading Accent 1"/>
    <w:basedOn w:val="NormalTablo"/>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RenkliGlgeleme-Vurgu2">
    <w:name w:val="Colorful Shading Accent 2"/>
    <w:basedOn w:val="NormalTablo"/>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RenkliGlgeleme-Vurgu3">
    <w:name w:val="Colorful Shading Accent 3"/>
    <w:basedOn w:val="NormalTablo"/>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RenkliGlgeleme-Vurgu4">
    <w:name w:val="Colorful Shading Accent 4"/>
    <w:basedOn w:val="NormalTablo"/>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RenkliGlgeleme-Vurgu5">
    <w:name w:val="Colorful Shading Accent 5"/>
    <w:basedOn w:val="NormalTablo"/>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RenkliGlgeleme-Vurgu6">
    <w:name w:val="Colorful Shading Accent 6"/>
    <w:basedOn w:val="NormalTablo"/>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RenkliListe">
    <w:name w:val="Colorful List"/>
    <w:basedOn w:val="NormalTablo"/>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RenkliListe-Vurgu1">
    <w:name w:val="Colorful List Accent 1"/>
    <w:basedOn w:val="NormalTablo"/>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RenkliListe-Vurgu2">
    <w:name w:val="Colorful List Accent 2"/>
    <w:basedOn w:val="NormalTablo"/>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RenkliListe-Vurgu3">
    <w:name w:val="Colorful List Accent 3"/>
    <w:basedOn w:val="NormalTablo"/>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RenkliListe-Vurgu4">
    <w:name w:val="Colorful List Accent 4"/>
    <w:basedOn w:val="NormalTablo"/>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RenkliListe-Vurgu5">
    <w:name w:val="Colorful List Accent 5"/>
    <w:basedOn w:val="NormalTablo"/>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RenkliListe-Vurgu6">
    <w:name w:val="Colorful List Accent 6"/>
    <w:basedOn w:val="NormalTablo"/>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RenkliKlavuz">
    <w:name w:val="Colorful Grid"/>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RenkliKlavuz-Vurgu1">
    <w:name w:val="Colorful Grid Accent 1"/>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RenkliKlavuz-Vurgu2">
    <w:name w:val="Colorful Grid Accent 2"/>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RenkliKlavuz-Vurgu3">
    <w:name w:val="Colorful Grid Accent 3"/>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RenkliKlavuz-Vurgu4">
    <w:name w:val="Colorful Grid Accent 4"/>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RenkliKlavuz-Vurgu5">
    <w:name w:val="Colorful Grid Accent 5"/>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RenkliKlavuz-Vurgu6">
    <w:name w:val="Colorful Grid Accent 6"/>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5344462">
      <w:bodyDiv w:val="1"/>
      <w:marLeft w:val="0"/>
      <w:marRight w:val="0"/>
      <w:marTop w:val="0"/>
      <w:marBottom w:val="0"/>
      <w:divBdr>
        <w:top w:val="none" w:sz="0" w:space="0" w:color="auto"/>
        <w:left w:val="none" w:sz="0" w:space="0" w:color="auto"/>
        <w:bottom w:val="none" w:sz="0" w:space="0" w:color="auto"/>
        <w:right w:val="none" w:sz="0" w:space="0" w:color="auto"/>
      </w:divBdr>
    </w:div>
    <w:div w:id="1482116147">
      <w:bodyDiv w:val="1"/>
      <w:marLeft w:val="0"/>
      <w:marRight w:val="0"/>
      <w:marTop w:val="0"/>
      <w:marBottom w:val="0"/>
      <w:divBdr>
        <w:top w:val="none" w:sz="0" w:space="0" w:color="auto"/>
        <w:left w:val="none" w:sz="0" w:space="0" w:color="auto"/>
        <w:bottom w:val="none" w:sz="0" w:space="0" w:color="auto"/>
        <w:right w:val="none" w:sz="0" w:space="0" w:color="auto"/>
      </w:divBdr>
    </w:div>
    <w:div w:id="1751467887">
      <w:bodyDiv w:val="1"/>
      <w:marLeft w:val="0"/>
      <w:marRight w:val="0"/>
      <w:marTop w:val="0"/>
      <w:marBottom w:val="0"/>
      <w:divBdr>
        <w:top w:val="none" w:sz="0" w:space="0" w:color="auto"/>
        <w:left w:val="none" w:sz="0" w:space="0" w:color="auto"/>
        <w:bottom w:val="none" w:sz="0" w:space="0" w:color="auto"/>
        <w:right w:val="none" w:sz="0" w:space="0" w:color="auto"/>
      </w:divBdr>
    </w:div>
    <w:div w:id="196838727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FF9707-597A-416B-B012-ACC2B13984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199</Words>
  <Characters>1136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1333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EVLIYA SEKERLEME</cp:lastModifiedBy>
  <cp:revision>4</cp:revision>
  <cp:lastPrinted>2025-12-30T11:18:00Z</cp:lastPrinted>
  <dcterms:created xsi:type="dcterms:W3CDTF">2013-12-23T23:15:00Z</dcterms:created>
  <dcterms:modified xsi:type="dcterms:W3CDTF">2025-12-30T11:19:00Z</dcterms:modified>
  <cp:category/>
</cp:coreProperties>
</file>